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7B738" w14:textId="77777777" w:rsidR="005A31DC" w:rsidRDefault="00BE1ADC">
      <w:pPr>
        <w:jc w:val="center"/>
      </w:pPr>
      <w:r>
        <w:rPr>
          <w:noProof/>
        </w:rPr>
        <w:drawing>
          <wp:inline distT="0" distB="0" distL="0" distR="0" wp14:anchorId="39D6AC27" wp14:editId="7B9736B2">
            <wp:extent cx="6309360" cy="133467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133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CB4E9" w14:textId="77777777" w:rsidR="005A31DC" w:rsidRDefault="00BE1ADC" w:rsidP="00AA2505">
      <w:pPr>
        <w:spacing w:after="160"/>
      </w:pPr>
      <w:r>
        <w:rPr>
          <w:b/>
          <w:color w:val="004996"/>
          <w:sz w:val="34"/>
        </w:rPr>
        <w:t>SAMPLE PUBLIC POWER WEEK SOCIAL MEDIA</w:t>
      </w:r>
      <w:r>
        <w:rPr>
          <w:b/>
          <w:color w:val="004996"/>
          <w:sz w:val="34"/>
        </w:rPr>
        <w:br/>
        <w:t>MESSAGES AND GRAPHICS</w:t>
      </w:r>
    </w:p>
    <w:p w14:paraId="4435391E" w14:textId="77777777" w:rsidR="005A31DC" w:rsidRPr="00AA2505" w:rsidRDefault="00BE1ADC">
      <w:pPr>
        <w:rPr>
          <w:sz w:val="24"/>
          <w:szCs w:val="24"/>
        </w:rPr>
      </w:pPr>
      <w:r w:rsidRPr="00AA2505">
        <w:rPr>
          <w:b/>
          <w:sz w:val="24"/>
          <w:szCs w:val="24"/>
        </w:rPr>
        <w:t>Public Power Week 2026: October 4–10</w:t>
      </w:r>
      <w:r w:rsidRPr="00AA2505">
        <w:rPr>
          <w:i/>
          <w:sz w:val="24"/>
          <w:szCs w:val="24"/>
        </w:rPr>
        <w:br/>
        <w:t>Theme: “Your Community. Your Utility. Your Power.”</w:t>
      </w:r>
    </w:p>
    <w:p w14:paraId="48DD1202" w14:textId="77777777" w:rsidR="005A31DC" w:rsidRDefault="00BE1ADC">
      <w:r>
        <w:t>Post these sample messages on Facebook, LinkedIn, Instagram, and X during Public Power Week. Customize bracketed placeholders with local details, events, programs, and links. Use #PublicPowerWeek and #PublicPower, and tag community partners when relevant.</w:t>
      </w:r>
    </w:p>
    <w:p w14:paraId="3D397309" w14:textId="77777777" w:rsidR="005A31DC" w:rsidRDefault="00BE1ADC">
      <w:pPr>
        <w:pStyle w:val="ListBullet"/>
      </w:pPr>
      <w:r>
        <w:rPr>
          <w:b/>
        </w:rPr>
        <w:t xml:space="preserve">Suggested customization: </w:t>
      </w:r>
      <w:r>
        <w:t>Add your utility name, community name, website, local programs, events, and customer-service information.</w:t>
      </w:r>
    </w:p>
    <w:p w14:paraId="5FFF03D9" w14:textId="77777777" w:rsidR="005A31DC" w:rsidRDefault="00BE1ADC">
      <w:pPr>
        <w:pStyle w:val="ListBullet"/>
      </w:pPr>
      <w:r>
        <w:rPr>
          <w:b/>
        </w:rPr>
        <w:t xml:space="preserve">Instagram note: </w:t>
      </w:r>
      <w:r>
        <w:t>Add relevant local hashtags and use the location tag when appropriate.</w:t>
      </w:r>
    </w:p>
    <w:p w14:paraId="13FF0379" w14:textId="77777777" w:rsidR="00327FD2" w:rsidRDefault="00327FD2" w:rsidP="00327FD2">
      <w:pPr>
        <w:pStyle w:val="ListBullet"/>
      </w:pPr>
      <w:hyperlink r:id="rId9">
        <w:r>
          <w:rPr>
            <w:color w:val="3D6DAA"/>
            <w:u w:val="single"/>
          </w:rPr>
          <w:t>Watch or download the 2026 Public Power Week video</w:t>
        </w:r>
      </w:hyperlink>
    </w:p>
    <w:p w14:paraId="6749C45D" w14:textId="77777777" w:rsidR="00327FD2" w:rsidRDefault="00327FD2" w:rsidP="00327FD2">
      <w:pPr>
        <w:pStyle w:val="ListBullet"/>
        <w:numPr>
          <w:ilvl w:val="0"/>
          <w:numId w:val="0"/>
        </w:numPr>
      </w:pPr>
    </w:p>
    <w:p w14:paraId="66C7937F" w14:textId="77777777" w:rsidR="00327FD2" w:rsidRDefault="00327FD2" w:rsidP="00327FD2">
      <w:pPr>
        <w:pStyle w:val="ListBullet"/>
        <w:numPr>
          <w:ilvl w:val="0"/>
          <w:numId w:val="0"/>
        </w:numPr>
        <w:ind w:left="360" w:hanging="360"/>
      </w:pPr>
    </w:p>
    <w:p w14:paraId="405D5A86" w14:textId="77777777" w:rsidR="00327FD2" w:rsidRDefault="00327FD2" w:rsidP="00327FD2">
      <w:pPr>
        <w:pStyle w:val="ListBullet"/>
        <w:numPr>
          <w:ilvl w:val="0"/>
          <w:numId w:val="0"/>
        </w:numPr>
        <w:ind w:left="360" w:hanging="360"/>
      </w:pPr>
    </w:p>
    <w:p w14:paraId="73C164A4" w14:textId="5079FEF9" w:rsidR="00327FD2" w:rsidRDefault="00327FD2" w:rsidP="00327FD2">
      <w:pPr>
        <w:pStyle w:val="ListBullet"/>
        <w:numPr>
          <w:ilvl w:val="0"/>
          <w:numId w:val="0"/>
        </w:numPr>
        <w:ind w:left="360" w:hanging="360"/>
        <w:jc w:val="center"/>
      </w:pPr>
      <w:r>
        <w:rPr>
          <w:noProof/>
        </w:rPr>
        <w:drawing>
          <wp:inline distT="0" distB="0" distL="0" distR="0" wp14:anchorId="733774DD" wp14:editId="60E1AC4D">
            <wp:extent cx="4788441" cy="2819085"/>
            <wp:effectExtent l="0" t="0" r="0" b="635"/>
            <wp:docPr id="1097405892" name="Picture 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405892" name="Picture 3">
                      <a:hlinkClick r:id="rId9"/>
                    </pic:cNvPr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00721" cy="282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35EA6" w14:textId="77777777" w:rsidR="005A31DC" w:rsidRDefault="00BE1ADC">
      <w:r>
        <w:br w:type="page"/>
      </w:r>
    </w:p>
    <w:p w14:paraId="3851747F" w14:textId="77777777" w:rsidR="004957EE" w:rsidRDefault="004957EE">
      <w:pPr>
        <w:keepNext/>
        <w:rPr>
          <w:b/>
          <w:color w:val="0099DD"/>
          <w:sz w:val="24"/>
        </w:rPr>
      </w:pPr>
    </w:p>
    <w:p w14:paraId="698508BF" w14:textId="77777777" w:rsidR="004957EE" w:rsidRDefault="004957EE" w:rsidP="004957EE">
      <w:pPr>
        <w:spacing w:before="80" w:after="160"/>
      </w:pPr>
      <w:r>
        <w:rPr>
          <w:b/>
          <w:color w:val="FF7C3F"/>
          <w:sz w:val="24"/>
        </w:rPr>
        <w:t>FACEBOOK / LINKEDIN / INSTAGRAM / X</w:t>
      </w:r>
    </w:p>
    <w:p w14:paraId="499B652B" w14:textId="77777777" w:rsidR="004957EE" w:rsidRDefault="004957EE">
      <w:pPr>
        <w:keepNext/>
        <w:rPr>
          <w:b/>
          <w:color w:val="0099DD"/>
          <w:sz w:val="24"/>
        </w:rPr>
      </w:pPr>
    </w:p>
    <w:p w14:paraId="0B62B883" w14:textId="4D40CA3D" w:rsidR="005A31DC" w:rsidRDefault="00BE1ADC">
      <w:pPr>
        <w:keepNext/>
      </w:pPr>
      <w:r>
        <w:rPr>
          <w:b/>
          <w:color w:val="0099DD"/>
          <w:sz w:val="24"/>
        </w:rPr>
        <w:t>COMMUNITY OWNERSHIP AND LOCAL VOICE</w:t>
      </w:r>
    </w:p>
    <w:p w14:paraId="654D2186" w14:textId="598C11F2" w:rsidR="005A31DC" w:rsidRDefault="005A31DC">
      <w:pPr>
        <w:keepNext/>
        <w:jc w:val="center"/>
      </w:pPr>
    </w:p>
    <w:p w14:paraId="5B0C0AC3" w14:textId="68DF381A" w:rsidR="005A31DC" w:rsidRDefault="00BE1ADC">
      <w:pPr>
        <w:keepNext/>
        <w:spacing w:before="160" w:after="60"/>
      </w:pPr>
      <w:r>
        <w:rPr>
          <w:b/>
          <w:i/>
          <w:color w:val="0099DD"/>
        </w:rPr>
        <w:t>Message #1</w:t>
      </w:r>
    </w:p>
    <w:p w14:paraId="7805C90E" w14:textId="749D5E11" w:rsidR="005A31DC" w:rsidRDefault="00BE1ADC">
      <w:pPr>
        <w:spacing w:after="140"/>
      </w:pPr>
      <w:r>
        <w:t xml:space="preserve">Today kicks off #PublicPowerWeek! From Oct. 4–10, we’re celebrating the people who make our community strong and the </w:t>
      </w:r>
      <w:r>
        <w:t>utility that serves them. At [UTILITY NAME], local priorities guide how we serve [COMMUNITY NAME], because this is your community, your utility, and your power. Learn more: [YOUR WEBSITE URL] #PublicPower</w:t>
      </w:r>
    </w:p>
    <w:p w14:paraId="10FF25B6" w14:textId="77777777" w:rsidR="005A31DC" w:rsidRDefault="00BE1ADC">
      <w:pPr>
        <w:keepNext/>
        <w:spacing w:before="160" w:after="60"/>
      </w:pPr>
      <w:r>
        <w:rPr>
          <w:b/>
          <w:i/>
          <w:color w:val="0099DD"/>
        </w:rPr>
        <w:t>Message #2</w:t>
      </w:r>
    </w:p>
    <w:p w14:paraId="275661E7" w14:textId="2C3EF89A" w:rsidR="005A31DC" w:rsidRDefault="00BE1ADC">
      <w:pPr>
        <w:spacing w:after="140"/>
      </w:pPr>
      <w:r>
        <w:t xml:space="preserve">Public power starts here at home. Because [UTILITY NAME] is </w:t>
      </w:r>
      <w:r w:rsidR="006C51AE">
        <w:t>municipally owned</w:t>
      </w:r>
      <w:r>
        <w:t>, the people of [COMMUNITY NAME] have a voice in decisions about our energy future. This #PublicPowerWeek, tell us what matters most to you: [ENGAGEMENT QUESTION OR LINK] #PublicPower</w:t>
      </w:r>
    </w:p>
    <w:p w14:paraId="37F6A9E5" w14:textId="77777777" w:rsidR="005A31DC" w:rsidRDefault="00BE1ADC">
      <w:r>
        <w:rPr>
          <w:b/>
          <w:color w:val="4472C4"/>
        </w:rPr>
        <w:t xml:space="preserve">Optional local detail prompts: </w:t>
      </w:r>
      <w:r>
        <w:t>customer advisory groups, public meetings, locally approved projects, or energy-planning priorities.</w:t>
      </w:r>
    </w:p>
    <w:p w14:paraId="2F7CE337" w14:textId="77777777" w:rsidR="00CA56CB" w:rsidRDefault="00CA56CB"/>
    <w:p w14:paraId="4ABAE317" w14:textId="34F2B874" w:rsidR="00CA56CB" w:rsidRDefault="00CA56CB" w:rsidP="00CA56CB">
      <w:pPr>
        <w:jc w:val="center"/>
      </w:pPr>
      <w:r>
        <w:rPr>
          <w:noProof/>
        </w:rPr>
        <w:drawing>
          <wp:inline distT="0" distB="0" distL="0" distR="0" wp14:anchorId="1FCB6DD1" wp14:editId="311CB258">
            <wp:extent cx="2901950" cy="3627120"/>
            <wp:effectExtent l="0" t="0" r="0" b="0"/>
            <wp:docPr id="4026500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3627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E07AE7" w14:textId="77777777" w:rsidR="005A31DC" w:rsidRDefault="00BE1ADC">
      <w:r>
        <w:br w:type="page"/>
      </w:r>
    </w:p>
    <w:p w14:paraId="1AD7B90D" w14:textId="77777777" w:rsidR="005A31DC" w:rsidRDefault="00BE1ADC">
      <w:pPr>
        <w:keepNext/>
      </w:pPr>
      <w:r>
        <w:rPr>
          <w:b/>
          <w:color w:val="0099DD"/>
          <w:sz w:val="24"/>
        </w:rPr>
        <w:lastRenderedPageBreak/>
        <w:t>RELIABLE SERVICE AND LOCAL RESPONSE</w:t>
      </w:r>
    </w:p>
    <w:p w14:paraId="60E2E5FD" w14:textId="40052B4D" w:rsidR="005A31DC" w:rsidRDefault="00FD657B">
      <w:pPr>
        <w:keepNext/>
        <w:jc w:val="center"/>
      </w:pPr>
      <w:r>
        <w:rPr>
          <w:noProof/>
        </w:rPr>
        <w:drawing>
          <wp:inline distT="0" distB="0" distL="0" distR="0" wp14:anchorId="6064214C" wp14:editId="7C5E5306">
            <wp:extent cx="2926080" cy="3657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 PPWSocial 3rev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DF293" w14:textId="77777777" w:rsidR="005A31DC" w:rsidRDefault="00BE1ADC">
      <w:pPr>
        <w:keepNext/>
        <w:spacing w:before="160" w:after="60"/>
      </w:pPr>
      <w:r>
        <w:rPr>
          <w:b/>
          <w:i/>
          <w:color w:val="0099DD"/>
        </w:rPr>
        <w:t>Message #3</w:t>
      </w:r>
    </w:p>
    <w:p w14:paraId="756FDF2B" w14:textId="77777777" w:rsidR="005A31DC" w:rsidRDefault="00BE1ADC">
      <w:pPr>
        <w:spacing w:after="140"/>
      </w:pPr>
      <w:r>
        <w:t>Reliable service takes planning, preparation, and a team committed to the community it serves. During #PublicPowerWeek, we recognize the employees of [UTILITY NAME] who work year-round to keep [COMMUNITY NAME] powered and respond when our neighbors need us most. #PublicPower</w:t>
      </w:r>
    </w:p>
    <w:p w14:paraId="5FD178DE" w14:textId="77777777" w:rsidR="005A31DC" w:rsidRDefault="00BE1ADC">
      <w:pPr>
        <w:keepNext/>
        <w:spacing w:before="160" w:after="60"/>
      </w:pPr>
      <w:r>
        <w:rPr>
          <w:b/>
          <w:i/>
          <w:color w:val="0099DD"/>
        </w:rPr>
        <w:t>Message #4</w:t>
      </w:r>
    </w:p>
    <w:p w14:paraId="0216CD6B" w14:textId="77777777" w:rsidR="005A31DC" w:rsidRDefault="00BE1ADC">
      <w:pPr>
        <w:spacing w:after="140"/>
      </w:pPr>
      <w:r>
        <w:t>When service is disrupted, local crews and community-focused decision-making help [UTILITY NAME] respond with [INSERT LOCAL RESPONSE OR RELIABILITY DETAIL]. Our team lives and works in the community we serve. Your community. Your utility. Your power. #PublicPowerWeek #PublicPower</w:t>
      </w:r>
    </w:p>
    <w:p w14:paraId="3FD34382" w14:textId="77777777" w:rsidR="005A31DC" w:rsidRDefault="00BE1ADC">
      <w:r>
        <w:rPr>
          <w:b/>
          <w:color w:val="4472C4"/>
        </w:rPr>
        <w:t xml:space="preserve">Optional local detail prompts: </w:t>
      </w:r>
      <w:r>
        <w:t>reliability investments, vegetation management, storm preparation, mutual aid, or restoration milestones.</w:t>
      </w:r>
    </w:p>
    <w:p w14:paraId="26D1B091" w14:textId="77777777" w:rsidR="005A31DC" w:rsidRDefault="00BE1ADC">
      <w:r>
        <w:br w:type="page"/>
      </w:r>
    </w:p>
    <w:p w14:paraId="556F6917" w14:textId="77777777" w:rsidR="005A31DC" w:rsidRDefault="00BE1ADC">
      <w:pPr>
        <w:keepNext/>
      </w:pPr>
      <w:r>
        <w:rPr>
          <w:b/>
          <w:color w:val="0099DD"/>
          <w:sz w:val="24"/>
        </w:rPr>
        <w:lastRenderedPageBreak/>
        <w:t>COMMUNITY SERVICE AND VOLUNTEERISM</w:t>
      </w:r>
    </w:p>
    <w:p w14:paraId="2E1F7CF6" w14:textId="4740BC20" w:rsidR="005A31DC" w:rsidRDefault="006C3FB3">
      <w:pPr>
        <w:keepNext/>
        <w:jc w:val="center"/>
      </w:pPr>
      <w:r>
        <w:rPr>
          <w:noProof/>
        </w:rPr>
        <w:drawing>
          <wp:inline distT="0" distB="0" distL="0" distR="0" wp14:anchorId="476D47E4" wp14:editId="466BC447">
            <wp:extent cx="2926080" cy="3657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 PPWSocial 4rev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9A889" w14:textId="77777777" w:rsidR="005A31DC" w:rsidRDefault="00BE1ADC">
      <w:pPr>
        <w:keepNext/>
        <w:spacing w:before="160" w:after="60"/>
      </w:pPr>
      <w:r>
        <w:rPr>
          <w:b/>
          <w:i/>
          <w:color w:val="0099DD"/>
        </w:rPr>
        <w:t>Message #5</w:t>
      </w:r>
    </w:p>
    <w:p w14:paraId="529347F7" w14:textId="77777777" w:rsidR="005A31DC" w:rsidRDefault="00BE1ADC">
      <w:pPr>
        <w:spacing w:after="140"/>
      </w:pPr>
      <w:r>
        <w:t>Being community-powered means doing more than delivering electricity. It means showing up, lending a hand, and investing in the place we call home. This year, [UTILITY NAME] employees supported [LOCAL PROGRAM, NONPROFIT, OR VOLUNTEER EFFORT]. #PublicPowerWeek #PublicPower</w:t>
      </w:r>
    </w:p>
    <w:p w14:paraId="773CB168" w14:textId="77777777" w:rsidR="005A31DC" w:rsidRDefault="00BE1ADC">
      <w:pPr>
        <w:keepNext/>
        <w:spacing w:before="160" w:after="60"/>
      </w:pPr>
      <w:r>
        <w:rPr>
          <w:b/>
          <w:i/>
          <w:color w:val="0099DD"/>
        </w:rPr>
        <w:t>Message #6</w:t>
      </w:r>
    </w:p>
    <w:p w14:paraId="6E6EEB73" w14:textId="77777777" w:rsidR="005A31DC" w:rsidRDefault="00BE1ADC">
      <w:pPr>
        <w:spacing w:after="140"/>
      </w:pPr>
      <w:r>
        <w:t>Our connection to [COMMUNITY NAME] goes beyond poles and wires. Through [COMMUNITY PROGRAM OR PARTNERSHIP], [UTILITY NAME] is working alongside local organizations to help our community thrive. Learn more: [YOUR WEBSITE URL] #PublicPowerWeek #PublicPower</w:t>
      </w:r>
    </w:p>
    <w:p w14:paraId="304B809B" w14:textId="77777777" w:rsidR="005A31DC" w:rsidRDefault="00BE1ADC">
      <w:r>
        <w:rPr>
          <w:b/>
          <w:color w:val="4472C4"/>
        </w:rPr>
        <w:t xml:space="preserve">Optional local detail prompts: </w:t>
      </w:r>
      <w:r>
        <w:t>employee volunteerism, school partnerships, charitable drives, energy-assistance programs, or civic events.</w:t>
      </w:r>
    </w:p>
    <w:p w14:paraId="5B918E74" w14:textId="77777777" w:rsidR="005A31DC" w:rsidRDefault="00BE1ADC">
      <w:r>
        <w:br w:type="page"/>
      </w:r>
    </w:p>
    <w:p w14:paraId="7A12D14D" w14:textId="77777777" w:rsidR="005A31DC" w:rsidRDefault="00BE1ADC">
      <w:pPr>
        <w:keepNext/>
      </w:pPr>
      <w:r>
        <w:rPr>
          <w:b/>
          <w:color w:val="0099DD"/>
          <w:sz w:val="24"/>
        </w:rPr>
        <w:lastRenderedPageBreak/>
        <w:t>CUSTOMER CONNECTION AND COMMUNITY PARTICIPATION</w:t>
      </w:r>
    </w:p>
    <w:p w14:paraId="3EF47D05" w14:textId="197DF2F7" w:rsidR="005A31DC" w:rsidRDefault="006C3FB3">
      <w:pPr>
        <w:keepNext/>
        <w:jc w:val="center"/>
      </w:pPr>
      <w:r>
        <w:rPr>
          <w:noProof/>
        </w:rPr>
        <w:drawing>
          <wp:inline distT="0" distB="0" distL="0" distR="0" wp14:anchorId="0FDEB152" wp14:editId="6D45441E">
            <wp:extent cx="2926080" cy="3657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 PPWSocial 5rev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D0102" w14:textId="77777777" w:rsidR="005A31DC" w:rsidRDefault="00BE1ADC">
      <w:pPr>
        <w:keepNext/>
        <w:spacing w:before="160" w:after="60"/>
      </w:pPr>
      <w:r>
        <w:rPr>
          <w:b/>
          <w:i/>
          <w:color w:val="0099DD"/>
        </w:rPr>
        <w:t>Message #7</w:t>
      </w:r>
    </w:p>
    <w:p w14:paraId="24CC7B8D" w14:textId="77777777" w:rsidR="005A31DC" w:rsidRDefault="00BE1ADC">
      <w:pPr>
        <w:spacing w:after="140"/>
      </w:pPr>
      <w:r>
        <w:t>Public power belongs to the community. That means listening to customers, welcoming participation, and building an energy future that reflects local needs. Join us for [EVENT] on [DATE/TIME] at [LOCATION] and help celebrate #PublicPowerWeek. [EVENT LINK] #PublicPower</w:t>
      </w:r>
    </w:p>
    <w:p w14:paraId="53AC912F" w14:textId="77777777" w:rsidR="005A31DC" w:rsidRDefault="00BE1ADC">
      <w:pPr>
        <w:keepNext/>
        <w:spacing w:before="160" w:after="60"/>
      </w:pPr>
      <w:r>
        <w:rPr>
          <w:b/>
          <w:i/>
          <w:color w:val="0099DD"/>
        </w:rPr>
        <w:t>Message #8</w:t>
      </w:r>
    </w:p>
    <w:p w14:paraId="1E4AA46C" w14:textId="77777777" w:rsidR="005A31DC" w:rsidRDefault="00BE1ADC">
      <w:pPr>
        <w:spacing w:after="140"/>
      </w:pPr>
      <w:r>
        <w:t>Your ideas help power our progress. During #PublicPowerWeek and throughout the year, [UTILITY NAME] invites customers to connect with us through [MEETING, SURVEY, OPEN HOUSE, OR CUSTOMER PROGRAM]. Share your perspective: [YOUR WEBSITE URL] #PublicPower</w:t>
      </w:r>
    </w:p>
    <w:p w14:paraId="30928FBD" w14:textId="77777777" w:rsidR="005A31DC" w:rsidRDefault="00BE1ADC">
      <w:r>
        <w:rPr>
          <w:b/>
          <w:color w:val="4472C4"/>
        </w:rPr>
        <w:t xml:space="preserve">Optional local detail prompts: </w:t>
      </w:r>
      <w:r>
        <w:t>open houses, community events, surveys, board or council meetings, customer programs, or public tours.</w:t>
      </w:r>
    </w:p>
    <w:p w14:paraId="01A10A99" w14:textId="77777777" w:rsidR="005A31DC" w:rsidRDefault="00BE1ADC">
      <w:r>
        <w:br w:type="page"/>
      </w:r>
    </w:p>
    <w:p w14:paraId="1A204742" w14:textId="77777777" w:rsidR="005A31DC" w:rsidRDefault="00BE1ADC">
      <w:pPr>
        <w:keepNext/>
      </w:pPr>
      <w:r>
        <w:rPr>
          <w:b/>
          <w:color w:val="0099DD"/>
          <w:sz w:val="24"/>
        </w:rPr>
        <w:lastRenderedPageBreak/>
        <w:t>A COMMUNITY-POWERED FUTURE</w:t>
      </w:r>
    </w:p>
    <w:p w14:paraId="635A60E1" w14:textId="215AF913" w:rsidR="005A31DC" w:rsidRDefault="006C3FB3">
      <w:pPr>
        <w:keepNext/>
        <w:jc w:val="center"/>
      </w:pPr>
      <w:r>
        <w:rPr>
          <w:noProof/>
        </w:rPr>
        <w:drawing>
          <wp:inline distT="0" distB="0" distL="0" distR="0" wp14:anchorId="3A12080C" wp14:editId="60CB8C66">
            <wp:extent cx="2926080" cy="365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 PPWSocial 2rev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37C08" w14:textId="77777777" w:rsidR="005A31DC" w:rsidRDefault="00BE1ADC">
      <w:pPr>
        <w:keepNext/>
        <w:spacing w:before="160" w:after="60"/>
      </w:pPr>
      <w:r>
        <w:rPr>
          <w:b/>
          <w:i/>
          <w:color w:val="0099DD"/>
        </w:rPr>
        <w:t>Message #9</w:t>
      </w:r>
    </w:p>
    <w:p w14:paraId="40FA0A6F" w14:textId="1A6B026E" w:rsidR="005A31DC" w:rsidRDefault="00BE1ADC">
      <w:pPr>
        <w:spacing w:after="140"/>
      </w:pPr>
      <w:r>
        <w:t xml:space="preserve">For [NUMBER] years, [UTILITY NAME] has powered the homes, businesses, schools, and public spaces that make [COMMUNITY NAME] home. </w:t>
      </w:r>
      <w:r w:rsidR="00951945">
        <w:t>Community</w:t>
      </w:r>
      <w:r>
        <w:t xml:space="preserve"> ownership keeps our focus where it belongs: on the customers and community we serve. #PublicPowerWeek #PublicPower</w:t>
      </w:r>
    </w:p>
    <w:p w14:paraId="536F21C2" w14:textId="77777777" w:rsidR="005A31DC" w:rsidRDefault="00BE1ADC">
      <w:pPr>
        <w:keepNext/>
        <w:spacing w:before="160" w:after="60"/>
      </w:pPr>
      <w:r>
        <w:rPr>
          <w:b/>
          <w:i/>
          <w:color w:val="0099DD"/>
        </w:rPr>
        <w:t>Message #10</w:t>
      </w:r>
    </w:p>
    <w:p w14:paraId="696EFCB8" w14:textId="77777777" w:rsidR="005A31DC" w:rsidRDefault="00BE1ADC">
      <w:pPr>
        <w:spacing w:after="140"/>
      </w:pPr>
      <w:r>
        <w:t>Your community. Your utility. Your power. This #PublicPowerWeek, we celebrate the local choices, public service, and shared commitment that keep [COMMUNITY NAME] moving forward. Discover what public power means for you: [YOUR WEBSITE URL] #PublicPower</w:t>
      </w:r>
    </w:p>
    <w:p w14:paraId="61E2189A" w14:textId="77777777" w:rsidR="005A31DC" w:rsidRDefault="00BE1ADC">
      <w:r>
        <w:rPr>
          <w:b/>
          <w:color w:val="4472C4"/>
        </w:rPr>
        <w:t xml:space="preserve">Optional local detail prompts: </w:t>
      </w:r>
      <w:r>
        <w:t>utility history, infrastructure improvements, economic development, customer programs, or plans for future growth.</w:t>
      </w:r>
    </w:p>
    <w:sectPr w:rsidR="005A31DC" w:rsidSect="00034616">
      <w:footerReference w:type="default" r:id="rId16"/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92100" w14:textId="77777777" w:rsidR="00BE1ADC" w:rsidRDefault="00BE1ADC">
      <w:pPr>
        <w:spacing w:after="0" w:line="240" w:lineRule="auto"/>
      </w:pPr>
      <w:r>
        <w:separator/>
      </w:r>
    </w:p>
  </w:endnote>
  <w:endnote w:type="continuationSeparator" w:id="0">
    <w:p w14:paraId="77C4336E" w14:textId="77777777" w:rsidR="00BE1ADC" w:rsidRDefault="00BE1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6EEF" w14:textId="77777777" w:rsidR="005A31DC" w:rsidRDefault="00BE1ADC">
    <w:pPr>
      <w:pStyle w:val="Footer"/>
      <w:jc w:val="center"/>
    </w:pPr>
    <w:r>
      <w:rPr>
        <w:color w:val="666666"/>
        <w:sz w:val="16"/>
      </w:rPr>
      <w:t xml:space="preserve">Public Power Week </w:t>
    </w:r>
    <w:proofErr w:type="gramStart"/>
    <w:r>
      <w:rPr>
        <w:color w:val="666666"/>
        <w:sz w:val="16"/>
      </w:rPr>
      <w:t>2026  |</w:t>
    </w:r>
    <w:proofErr w:type="gramEnd"/>
    <w:r>
      <w:rPr>
        <w:color w:val="666666"/>
        <w:sz w:val="16"/>
      </w:rPr>
      <w:t xml:space="preserve">  October 4–</w:t>
    </w:r>
    <w:proofErr w:type="gramStart"/>
    <w:r>
      <w:rPr>
        <w:color w:val="666666"/>
        <w:sz w:val="16"/>
      </w:rPr>
      <w:t>10  |</w:t>
    </w:r>
    <w:proofErr w:type="gramEnd"/>
    <w:r>
      <w:rPr>
        <w:color w:val="666666"/>
        <w:sz w:val="16"/>
      </w:rPr>
      <w:t xml:space="preserve">  #PublicPowerWeek #PublicPower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3064F" w14:textId="77777777" w:rsidR="00BE1ADC" w:rsidRDefault="00BE1ADC">
      <w:pPr>
        <w:spacing w:after="0" w:line="240" w:lineRule="auto"/>
      </w:pPr>
      <w:r>
        <w:separator/>
      </w:r>
    </w:p>
  </w:footnote>
  <w:footnote w:type="continuationSeparator" w:id="0">
    <w:p w14:paraId="172FE687" w14:textId="77777777" w:rsidR="00BE1ADC" w:rsidRDefault="00BE1A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3264691">
    <w:abstractNumId w:val="8"/>
  </w:num>
  <w:num w:numId="2" w16cid:durableId="1233465480">
    <w:abstractNumId w:val="6"/>
  </w:num>
  <w:num w:numId="3" w16cid:durableId="419639213">
    <w:abstractNumId w:val="5"/>
  </w:num>
  <w:num w:numId="4" w16cid:durableId="246620490">
    <w:abstractNumId w:val="4"/>
  </w:num>
  <w:num w:numId="5" w16cid:durableId="969016553">
    <w:abstractNumId w:val="7"/>
  </w:num>
  <w:num w:numId="6" w16cid:durableId="124008455">
    <w:abstractNumId w:val="3"/>
  </w:num>
  <w:num w:numId="7" w16cid:durableId="2039424602">
    <w:abstractNumId w:val="2"/>
  </w:num>
  <w:num w:numId="8" w16cid:durableId="207307368">
    <w:abstractNumId w:val="1"/>
  </w:num>
  <w:num w:numId="9" w16cid:durableId="604193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1991"/>
    <w:rsid w:val="0015074B"/>
    <w:rsid w:val="0029639D"/>
    <w:rsid w:val="00326F90"/>
    <w:rsid w:val="00327FD2"/>
    <w:rsid w:val="004957EE"/>
    <w:rsid w:val="004A6EF7"/>
    <w:rsid w:val="00544CCC"/>
    <w:rsid w:val="005A31DC"/>
    <w:rsid w:val="006C3FB3"/>
    <w:rsid w:val="006C51AE"/>
    <w:rsid w:val="007565ED"/>
    <w:rsid w:val="00797E0C"/>
    <w:rsid w:val="00951945"/>
    <w:rsid w:val="00A528BD"/>
    <w:rsid w:val="00AA1D8D"/>
    <w:rsid w:val="00AA2505"/>
    <w:rsid w:val="00B47730"/>
    <w:rsid w:val="00BE1ADC"/>
    <w:rsid w:val="00C873A1"/>
    <w:rsid w:val="00C90D57"/>
    <w:rsid w:val="00CA56CB"/>
    <w:rsid w:val="00CB0664"/>
    <w:rsid w:val="00CC1F9F"/>
    <w:rsid w:val="00E13069"/>
    <w:rsid w:val="00FC693F"/>
    <w:rsid w:val="00FD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9BBD5C"/>
  <w14:defaultImageDpi w14:val="300"/>
  <w15:docId w15:val="{8ADA19D7-F3A7-4F77-88E1-A10F735C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s://vimeo.com/1229240292/95f04e6333?share=copy&amp;fl=sv&amp;fe=ci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695</Words>
  <Characters>3803</Characters>
  <Application>Microsoft Office Word</Application>
  <DocSecurity>0</DocSecurity>
  <Lines>88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Public Power Week Social Media Messages and Graphics</dc:title>
  <dc:subject>Sample Public Power Week social media messages</dc:subject>
  <dc:creator>Michael Pells</dc:creator>
  <cp:keywords/>
  <dc:description>generated by python-docx</dc:description>
  <cp:lastModifiedBy>Michael Pells</cp:lastModifiedBy>
  <cp:revision>2</cp:revision>
  <dcterms:created xsi:type="dcterms:W3CDTF">2026-09-30T13:41:00Z</dcterms:created>
  <dcterms:modified xsi:type="dcterms:W3CDTF">2026-09-30T13:41:00Z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3d0b7e74-056d-48c6-aa8e-060fa04b1d22</vt:lpwstr>
  </property>
</Properties>
</file>